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334E88" w14:textId="77777777" w:rsidR="00DB4EBA" w:rsidRDefault="00000000">
      <w:pPr>
        <w:spacing w:after="20"/>
        <w:jc w:val="center"/>
      </w:pPr>
      <w:r>
        <w:rPr>
          <w:b/>
          <w:sz w:val="36"/>
        </w:rPr>
        <w:t>Eugene Lipov, MD</w:t>
      </w:r>
    </w:p>
    <w:p w14:paraId="39589BBC" w14:textId="77777777" w:rsidR="00DB4EBA" w:rsidRDefault="00000000">
      <w:pPr>
        <w:spacing w:after="40"/>
        <w:jc w:val="center"/>
      </w:pPr>
      <w:r>
        <w:rPr>
          <w:b/>
          <w:sz w:val="21"/>
        </w:rPr>
        <w:t>Board-Certified Anesthesiology and Pain Medicine Physician</w:t>
      </w:r>
    </w:p>
    <w:p w14:paraId="175B5D75" w14:textId="77777777" w:rsidR="00DB4EBA" w:rsidRDefault="00000000">
      <w:pPr>
        <w:spacing w:after="100"/>
        <w:jc w:val="center"/>
      </w:pPr>
      <w:r>
        <w:t>1 E Oak Hill Dr, Suite 100, Westmont, IL 60559  |  312-618-0829  |  elipovmd@aol.com</w:t>
      </w:r>
      <w:r>
        <w:br/>
        <w:t>dreugenelipov.com  |  linkedin.com/in/eugenelipov</w:t>
      </w:r>
    </w:p>
    <w:p w14:paraId="271D0309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MEDICOLEGAL PROFILE</w:t>
      </w:r>
    </w:p>
    <w:p w14:paraId="1F0A2638" w14:textId="77777777" w:rsidR="00DB4EBA" w:rsidRDefault="00000000">
      <w:pPr>
        <w:pStyle w:val="CVEntry"/>
      </w:pPr>
      <w:r>
        <w:t>Pain medicine physician, anesthesiologist, academic clinician, researcher, and medical-device consultant with more than three decades of experience in interventional pain medicine. Clinical and technical expertise includes stellate ganglion block (SGB)/cervical sympathetic blockade, complex regional pain syndrome (CRPS), motor-vehicle-related pain, spinal cord stimulation/dorsal column stimulation, radiofrequency procedures, post-laminectomy syndrome, and evaluation of neurologic complications following pain and neuromodulation procedures. Experienced medical expert and consultant in matters involving diagnosis, causation, treatment, prognosis, complications, and standard-of-care analysis.</w:t>
      </w:r>
    </w:p>
    <w:p w14:paraId="636903CA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EXPERT TESTIMONY AND MEDICOLEGAL CASE EXPERIENCE</w:t>
      </w:r>
    </w:p>
    <w:p w14:paraId="4EC3473B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Provided expert testimony and medicolegal consultation in multiple matters involving stellate ganglion block (SGB), including indications, anatomy, technique, therapeutic rationale, expected outcomes, and potential complications.</w:t>
      </w:r>
    </w:p>
    <w:p w14:paraId="34907D06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Provided expert testimony in multiple matters involving complex regional pain syndrome (CRPS), formerly reflex sympathetic dystrophy (RSD), including diagnostic criteria, differential diagnosis, causation, symptom progression, treatment, functional impairment, and prognosis.</w:t>
      </w:r>
    </w:p>
    <w:p w14:paraId="261919CF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Evaluated multiple matters involving motor vehicle accident/collision-related pain, including cervical and lumbar injury, radiculopathy, chronic post-traumatic pain, the relationship between trauma and pre-existing degenerative findings, treatment appropriateness, and prognosis.</w:t>
      </w:r>
    </w:p>
    <w:p w14:paraId="2BFFF0BE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Provided expert opinions concerning dorsal column stimulators and spinal cord stimulation, including patient selection, trialing, implantation, device performance, lead migration, revision, explantation, and treatment failure.</w:t>
      </w:r>
    </w:p>
    <w:p w14:paraId="14C37AFF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Evaluated neurologic complications following interventional pain and neuromodulation procedures, including post-procedural weakness, sensory change, nerve injury, spinal cord injury, infection, hematoma, and questions of medical causation and standard of care.</w:t>
      </w:r>
    </w:p>
    <w:p w14:paraId="2A52578A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Retained as an expert witness regarding the effect of post-traumatic stress disorder (PTSD) on the severity of sepsis.</w:t>
      </w:r>
    </w:p>
    <w:p w14:paraId="33F506E0" w14:textId="77777777" w:rsidR="00DB4EBA" w:rsidRDefault="00000000">
      <w:pPr>
        <w:pStyle w:val="CVSmall"/>
        <w:spacing w:before="40"/>
      </w:pPr>
      <w:r>
        <w:rPr>
          <w:i/>
        </w:rPr>
        <w:t>Representative matter list and professional references are available upon request, subject to confidentiality obligations.</w:t>
      </w:r>
    </w:p>
    <w:p w14:paraId="5A158CA0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CORE AREAS OF EXPERTISE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2A8C8F9C" w14:textId="77777777">
        <w:trPr>
          <w:jc w:val="center"/>
        </w:trPr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7C0BA62" w14:textId="77777777" w:rsidR="00DB4EBA" w:rsidRDefault="00000000">
            <w:pPr>
              <w:pStyle w:val="CVEntry"/>
              <w:spacing w:after="0"/>
            </w:pPr>
            <w:r>
              <w:t>Anesthesiology and interventional pain medicine</w:t>
            </w:r>
          </w:p>
        </w:tc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7BAF66E" w14:textId="77777777" w:rsidR="00DB4EBA" w:rsidRDefault="00000000">
            <w:pPr>
              <w:pStyle w:val="CVEntry"/>
              <w:spacing w:after="0"/>
            </w:pPr>
            <w:r>
              <w:t>Stellate ganglion block / cervical sympathetic blockade</w:t>
            </w:r>
          </w:p>
        </w:tc>
      </w:tr>
      <w:tr w:rsidR="00DB4EBA" w14:paraId="2C6094AB" w14:textId="77777777">
        <w:trPr>
          <w:jc w:val="center"/>
        </w:trPr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D6E2F9B" w14:textId="77777777" w:rsidR="00DB4EBA" w:rsidRDefault="00000000">
            <w:pPr>
              <w:pStyle w:val="CVEntry"/>
              <w:spacing w:after="0"/>
            </w:pPr>
            <w:r>
              <w:t>Complex regional pain syndrome (CRPS/RSD)</w:t>
            </w:r>
          </w:p>
        </w:tc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72548A4" w14:textId="77777777" w:rsidR="00DB4EBA" w:rsidRDefault="00000000">
            <w:pPr>
              <w:pStyle w:val="CVEntry"/>
              <w:spacing w:after="0"/>
            </w:pPr>
            <w:r>
              <w:t>Motor-vehicle-related cervical and lumbar pain</w:t>
            </w:r>
          </w:p>
        </w:tc>
      </w:tr>
      <w:tr w:rsidR="00DB4EBA" w14:paraId="33019CAA" w14:textId="77777777">
        <w:trPr>
          <w:jc w:val="center"/>
        </w:trPr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0343CD7" w14:textId="77777777" w:rsidR="00DB4EBA" w:rsidRDefault="00000000">
            <w:pPr>
              <w:pStyle w:val="CVEntry"/>
              <w:spacing w:after="0"/>
            </w:pPr>
            <w:r>
              <w:t>Spinal cord stimulation / dorsal column stimulation</w:t>
            </w:r>
          </w:p>
        </w:tc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F0EB9FB" w14:textId="77777777" w:rsidR="00DB4EBA" w:rsidRDefault="00000000">
            <w:pPr>
              <w:pStyle w:val="CVEntry"/>
              <w:spacing w:after="0"/>
            </w:pPr>
            <w:r>
              <w:t>Neuromodulation device complications and revisions</w:t>
            </w:r>
          </w:p>
        </w:tc>
      </w:tr>
      <w:tr w:rsidR="00DB4EBA" w14:paraId="10700E27" w14:textId="77777777">
        <w:trPr>
          <w:jc w:val="center"/>
        </w:trPr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FE3EE5D" w14:textId="77777777" w:rsidR="00DB4EBA" w:rsidRDefault="00000000">
            <w:pPr>
              <w:pStyle w:val="CVEntry"/>
              <w:spacing w:after="0"/>
            </w:pPr>
            <w:r>
              <w:t>Post-laminectomy syndrome and chronic low-back pain</w:t>
            </w:r>
          </w:p>
        </w:tc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63C4000" w14:textId="77777777" w:rsidR="00DB4EBA" w:rsidRDefault="00000000">
            <w:pPr>
              <w:pStyle w:val="CVEntry"/>
              <w:spacing w:after="0"/>
            </w:pPr>
            <w:r>
              <w:t>Neurologic complications after pain procedures</w:t>
            </w:r>
          </w:p>
        </w:tc>
      </w:tr>
      <w:tr w:rsidR="00DB4EBA" w14:paraId="1A41D52C" w14:textId="77777777">
        <w:trPr>
          <w:jc w:val="center"/>
        </w:trPr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5DBB2F4" w14:textId="77777777" w:rsidR="00DB4EBA" w:rsidRDefault="00000000">
            <w:pPr>
              <w:pStyle w:val="CVEntry"/>
              <w:spacing w:after="0"/>
            </w:pPr>
            <w:r>
              <w:t>Radiofrequency ablation and pulsed radiofrequency</w:t>
            </w:r>
          </w:p>
        </w:tc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86D0ABD" w14:textId="77777777" w:rsidR="00DB4EBA" w:rsidRDefault="00000000">
            <w:pPr>
              <w:pStyle w:val="CVEntry"/>
              <w:spacing w:after="0"/>
            </w:pPr>
            <w:r>
              <w:t>Causation, prognosis, treatment necessity, and standard of care</w:t>
            </w:r>
          </w:p>
        </w:tc>
      </w:tr>
      <w:tr w:rsidR="00DB4EBA" w14:paraId="1BD22626" w14:textId="77777777">
        <w:trPr>
          <w:jc w:val="center"/>
        </w:trPr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A9BAAA9" w14:textId="77777777" w:rsidR="00DB4EBA" w:rsidRDefault="00000000">
            <w:pPr>
              <w:pStyle w:val="CVEntry"/>
              <w:spacing w:after="0"/>
            </w:pPr>
            <w:r>
              <w:t>PTSD, autonomic dysfunction, and sympathetic modulation</w:t>
            </w:r>
          </w:p>
        </w:tc>
        <w:tc>
          <w:tcPr>
            <w:tcW w:w="518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0EEFFA4" w14:textId="77777777" w:rsidR="00DB4EBA" w:rsidRDefault="00000000">
            <w:pPr>
              <w:pStyle w:val="CVEntry"/>
              <w:spacing w:after="0"/>
            </w:pPr>
            <w:r>
              <w:t>Medical-device design and clinical implementation</w:t>
            </w:r>
          </w:p>
        </w:tc>
      </w:tr>
    </w:tbl>
    <w:p w14:paraId="680E451C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SELECTED TECHNICAL AND CLINICAL QUALIFICATIONS</w:t>
      </w:r>
    </w:p>
    <w:p w14:paraId="067E440D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Pioneered the use of SGB for PTSD and hot flashes and developed the Dual Sympathetic Reset (DSR) protocol.</w:t>
      </w:r>
    </w:p>
    <w:p w14:paraId="35056A62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Developed a hybrid neurostimulation approach combining conventional dorsal column stimulation with peripheral subcutaneous field stimulation.</w:t>
      </w:r>
    </w:p>
    <w:p w14:paraId="2BCF0C44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Consulted with Medtronic on development of dorsal column stimulation devices and with B&amp;D on needle design.</w:t>
      </w:r>
    </w:p>
    <w:p w14:paraId="41165E4D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Active interventional pain practice includes spinal cord stimulation, radiofrequency ablation, diagnosis and treatment of CRPS, and treatment of post-laminectomy syndrome.</w:t>
      </w:r>
    </w:p>
    <w:p w14:paraId="122C8266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Former instructor and professional resource for the Spine Intervention Society and North American Spine Society.</w:t>
      </w:r>
    </w:p>
    <w:p w14:paraId="50932F09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WORLD-FIRST REPORTS</w:t>
      </w:r>
    </w:p>
    <w:p w14:paraId="39805E03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Successful treatment of hot flashes using stellate ganglion block (2005).</w:t>
      </w:r>
    </w:p>
    <w:p w14:paraId="0CA36898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Successful treatment of PTSD using stellate ganglion block (2008).</w:t>
      </w:r>
    </w:p>
    <w:p w14:paraId="73F037FA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Successful use of peripheral subcutaneous field stimulation for axial neck pain (2009).</w:t>
      </w:r>
    </w:p>
    <w:p w14:paraId="61A06AD4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PROFESSIONAL EXPERIENCE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0BFE7C25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F2E57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Stella Trauma Centers</w:t>
            </w:r>
            <w:r>
              <w:rPr>
                <w:i/>
              </w:rPr>
              <w:t>, Westmont,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1ABF4" w14:textId="77777777" w:rsidR="00DB4EBA" w:rsidRDefault="00000000">
            <w:pPr>
              <w:pStyle w:val="CVEntry"/>
              <w:spacing w:after="0"/>
              <w:jc w:val="right"/>
            </w:pPr>
            <w:r>
              <w:t>2020-Present</w:t>
            </w:r>
          </w:p>
        </w:tc>
      </w:tr>
    </w:tbl>
    <w:p w14:paraId="3CED5C60" w14:textId="77777777" w:rsidR="00DB4EBA" w:rsidRDefault="00000000">
      <w:pPr>
        <w:pStyle w:val="CVEntry"/>
        <w:spacing w:after="0"/>
      </w:pPr>
      <w:r>
        <w:rPr>
          <w:b/>
        </w:rPr>
        <w:t>Co-Founder and Chief Medical Officer</w:t>
      </w:r>
    </w:p>
    <w:p w14:paraId="78FDACE8" w14:textId="77777777" w:rsidR="00DB4EBA" w:rsidRDefault="00000000">
      <w:pPr>
        <w:pStyle w:val="CVEntry"/>
        <w:spacing w:after="60"/>
        <w:ind w:left="173"/>
      </w:pPr>
      <w:r>
        <w:t>Provides SGB for PTSD and ketamine infusions for selected medical conditions; oversees clinical standards and medical program development.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3A770A88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F3EE9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Illinois Orthopedic Network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4970" w14:textId="77777777" w:rsidR="00DB4EBA" w:rsidRDefault="00000000">
            <w:pPr>
              <w:pStyle w:val="CVEntry"/>
              <w:spacing w:after="0"/>
              <w:jc w:val="right"/>
            </w:pPr>
            <w:r>
              <w:t>2019-Present</w:t>
            </w:r>
          </w:p>
        </w:tc>
      </w:tr>
    </w:tbl>
    <w:p w14:paraId="03DBC9C5" w14:textId="77777777" w:rsidR="00DB4EBA" w:rsidRDefault="00000000">
      <w:pPr>
        <w:pStyle w:val="CVEntry"/>
        <w:spacing w:after="0"/>
      </w:pPr>
      <w:r>
        <w:rPr>
          <w:b/>
        </w:rPr>
        <w:t>Pain Physician</w:t>
      </w:r>
    </w:p>
    <w:p w14:paraId="21D82D2F" w14:textId="77777777" w:rsidR="00DB4EBA" w:rsidRDefault="00000000">
      <w:pPr>
        <w:pStyle w:val="CVEntry"/>
        <w:spacing w:after="60"/>
        <w:ind w:left="173"/>
      </w:pPr>
      <w:r>
        <w:lastRenderedPageBreak/>
        <w:t>Performs interventional pain procedures, including dorsal column/spinal cord stimulation and radiofrequency ablation; diagnoses and treats CRPS and post-laminectomy syndrome, including adhesiolysis/Racz procedures and related interventions.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30DD8C32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3AC3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Erase PTSD Now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511D" w14:textId="77777777" w:rsidR="00DB4EBA" w:rsidRDefault="00000000">
            <w:pPr>
              <w:pStyle w:val="CVEntry"/>
              <w:spacing w:after="0"/>
              <w:jc w:val="right"/>
            </w:pPr>
            <w:r>
              <w:t>2015-Present</w:t>
            </w:r>
          </w:p>
        </w:tc>
      </w:tr>
    </w:tbl>
    <w:p w14:paraId="3E5818A8" w14:textId="77777777" w:rsidR="00DB4EBA" w:rsidRDefault="00000000">
      <w:pPr>
        <w:pStyle w:val="CVEntry"/>
        <w:spacing w:after="0"/>
      </w:pPr>
      <w:r>
        <w:rPr>
          <w:b/>
        </w:rPr>
        <w:t>Senior Medical Advisor / Science Advisor</w:t>
      </w:r>
    </w:p>
    <w:p w14:paraId="54B6AB3D" w14:textId="77777777" w:rsidR="00DB4EBA" w:rsidRDefault="00000000">
      <w:pPr>
        <w:pStyle w:val="CVEntry"/>
        <w:spacing w:after="60"/>
        <w:ind w:left="173"/>
      </w:pPr>
      <w:r>
        <w:t>Oversees medical services, clinical policies and procedures, research design, and sponsored treatment programs involving SGB and the SOF/DSR method; serves as principal investigator in physician-initiated research.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289018E8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2490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Nonprofit Program for PTSD Treatment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AD9D" w14:textId="77777777" w:rsidR="00DB4EBA" w:rsidRDefault="00000000">
            <w:pPr>
              <w:pStyle w:val="CVEntry"/>
              <w:spacing w:after="0"/>
              <w:jc w:val="right"/>
            </w:pPr>
            <w:r>
              <w:t>2013-Present</w:t>
            </w:r>
          </w:p>
        </w:tc>
      </w:tr>
    </w:tbl>
    <w:p w14:paraId="3B1850F3" w14:textId="77777777" w:rsidR="00DB4EBA" w:rsidRDefault="00000000">
      <w:pPr>
        <w:pStyle w:val="CVEntry"/>
        <w:spacing w:after="0"/>
      </w:pPr>
      <w:r>
        <w:rPr>
          <w:b/>
        </w:rPr>
        <w:t>Science Advisor</w:t>
      </w:r>
    </w:p>
    <w:p w14:paraId="2EE65DDC" w14:textId="77777777" w:rsidR="00DB4EBA" w:rsidRDefault="00000000">
      <w:pPr>
        <w:pStyle w:val="CVEntry"/>
        <w:spacing w:after="60"/>
        <w:ind w:left="173"/>
      </w:pPr>
      <w:r>
        <w:t>Provides SGB/DSR-based treatment and supervises research intended to improve care for patients with PTSD.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1BDF0A8C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B83C2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University of Illinois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A8438" w14:textId="77777777" w:rsidR="00DB4EBA" w:rsidRDefault="00000000">
            <w:pPr>
              <w:pStyle w:val="CVEntry"/>
              <w:spacing w:after="0"/>
              <w:jc w:val="right"/>
            </w:pPr>
            <w:r>
              <w:t>2018-Present</w:t>
            </w:r>
          </w:p>
        </w:tc>
      </w:tr>
    </w:tbl>
    <w:p w14:paraId="56A46B29" w14:textId="77777777" w:rsidR="00DB4EBA" w:rsidRDefault="00000000">
      <w:pPr>
        <w:pStyle w:val="CVEntry"/>
        <w:spacing w:after="0"/>
      </w:pPr>
      <w:r>
        <w:rPr>
          <w:b/>
        </w:rPr>
        <w:t>Clinical Assistant Professor, Department of Surgery</w:t>
      </w:r>
    </w:p>
    <w:p w14:paraId="7CAFD69D" w14:textId="77777777" w:rsidR="00DB4EBA" w:rsidRDefault="00000000">
      <w:pPr>
        <w:pStyle w:val="CVEntry"/>
        <w:spacing w:after="60"/>
        <w:ind w:left="173"/>
      </w:pPr>
      <w:r>
        <w:t>Academic appointment supporting surgical and pain-medicine education.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037C8CE3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3342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Advanced Pain Centers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25F2" w14:textId="77777777" w:rsidR="00DB4EBA" w:rsidRDefault="00000000">
            <w:pPr>
              <w:pStyle w:val="CVEntry"/>
              <w:spacing w:after="0"/>
              <w:jc w:val="right"/>
            </w:pPr>
            <w:r>
              <w:t>1996-Present</w:t>
            </w:r>
          </w:p>
        </w:tc>
      </w:tr>
    </w:tbl>
    <w:p w14:paraId="5C35827B" w14:textId="77777777" w:rsidR="00DB4EBA" w:rsidRDefault="00000000">
      <w:pPr>
        <w:pStyle w:val="CVEntry"/>
        <w:spacing w:after="0"/>
      </w:pPr>
      <w:r>
        <w:rPr>
          <w:b/>
        </w:rPr>
        <w:t>Medical Director</w:t>
      </w:r>
    </w:p>
    <w:p w14:paraId="0BDB945C" w14:textId="77777777" w:rsidR="00DB4EBA" w:rsidRDefault="00000000">
      <w:pPr>
        <w:pStyle w:val="CVEntry"/>
        <w:spacing w:after="60"/>
        <w:ind w:left="173"/>
      </w:pPr>
      <w:r>
        <w:t>Responsible for clinical policies and procedures, quality oversight, and direct interventional pain care.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7CD4087A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4193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Illinois Masonic Hospital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B6810" w14:textId="77777777" w:rsidR="00DB4EBA" w:rsidRDefault="00000000">
            <w:pPr>
              <w:pStyle w:val="CVEntry"/>
              <w:spacing w:after="0"/>
              <w:jc w:val="right"/>
            </w:pPr>
            <w:r>
              <w:t>2018-2022</w:t>
            </w:r>
          </w:p>
        </w:tc>
      </w:tr>
    </w:tbl>
    <w:p w14:paraId="6D5618EB" w14:textId="77777777" w:rsidR="00DB4EBA" w:rsidRDefault="00000000">
      <w:pPr>
        <w:pStyle w:val="CVEntry"/>
        <w:spacing w:after="0"/>
      </w:pPr>
      <w:r>
        <w:rPr>
          <w:b/>
        </w:rPr>
        <w:t>Medical Director, Pain Clinic</w:t>
      </w:r>
    </w:p>
    <w:p w14:paraId="1B06DF17" w14:textId="77777777" w:rsidR="00DB4EBA" w:rsidRDefault="00000000">
      <w:pPr>
        <w:pStyle w:val="CVEntry"/>
        <w:spacing w:after="60"/>
        <w:ind w:left="173"/>
      </w:pPr>
      <w:r>
        <w:t>Provided direct patient care and optimized pain-clinic policies and procedures.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3B553EC1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94899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Medtronic</w:t>
            </w:r>
            <w:r>
              <w:rPr>
                <w:i/>
              </w:rPr>
              <w:t>, Minneapolis, Minnesota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0E38" w14:textId="77777777" w:rsidR="00DB4EBA" w:rsidRDefault="00000000">
            <w:pPr>
              <w:pStyle w:val="CVEntry"/>
              <w:spacing w:after="0"/>
              <w:jc w:val="right"/>
            </w:pPr>
            <w:r>
              <w:t>2013-2015</w:t>
            </w:r>
          </w:p>
        </w:tc>
      </w:tr>
    </w:tbl>
    <w:p w14:paraId="505545BC" w14:textId="77777777" w:rsidR="00DB4EBA" w:rsidRDefault="00000000">
      <w:pPr>
        <w:pStyle w:val="CVEntry"/>
        <w:spacing w:after="0"/>
      </w:pPr>
      <w:r>
        <w:rPr>
          <w:b/>
        </w:rPr>
        <w:t>Medical Device Consultant</w:t>
      </w:r>
    </w:p>
    <w:p w14:paraId="72610C0B" w14:textId="77777777" w:rsidR="00DB4EBA" w:rsidRDefault="00000000">
      <w:pPr>
        <w:pStyle w:val="CVEntry"/>
        <w:spacing w:after="60"/>
        <w:ind w:left="173"/>
      </w:pPr>
      <w:r>
        <w:t>Consulted on the development of dorsal column/spinal cord stimulation devices.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39E0A946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7FE88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B&amp;D</w:t>
            </w:r>
            <w:r>
              <w:rPr>
                <w:i/>
              </w:rPr>
              <w:t>, New York, New York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C568A" w14:textId="77777777" w:rsidR="00DB4EBA" w:rsidRDefault="00000000">
            <w:pPr>
              <w:pStyle w:val="CVEntry"/>
              <w:spacing w:after="0"/>
              <w:jc w:val="right"/>
            </w:pPr>
            <w:r>
              <w:t>2006-2008</w:t>
            </w:r>
          </w:p>
        </w:tc>
      </w:tr>
    </w:tbl>
    <w:p w14:paraId="7ACAC4A8" w14:textId="77777777" w:rsidR="00DB4EBA" w:rsidRDefault="00000000">
      <w:pPr>
        <w:pStyle w:val="CVEntry"/>
        <w:spacing w:after="0"/>
      </w:pPr>
      <w:r>
        <w:rPr>
          <w:b/>
        </w:rPr>
        <w:t>Medical Device Consultant</w:t>
      </w:r>
    </w:p>
    <w:p w14:paraId="4FE76641" w14:textId="77777777" w:rsidR="00DB4EBA" w:rsidRDefault="00000000">
      <w:pPr>
        <w:pStyle w:val="CVEntry"/>
        <w:spacing w:after="60"/>
        <w:ind w:left="173"/>
      </w:pPr>
      <w:r>
        <w:t>Provided needle-design expertise.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7B15FF5B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AA3CD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I Grow Chicago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E7A8" w14:textId="77777777" w:rsidR="00DB4EBA" w:rsidRDefault="00000000">
            <w:pPr>
              <w:pStyle w:val="CVEntry"/>
              <w:spacing w:after="0"/>
              <w:jc w:val="right"/>
            </w:pPr>
            <w:r>
              <w:t>2014-2018</w:t>
            </w:r>
          </w:p>
        </w:tc>
      </w:tr>
    </w:tbl>
    <w:p w14:paraId="15F2327C" w14:textId="77777777" w:rsidR="00DB4EBA" w:rsidRDefault="00000000">
      <w:pPr>
        <w:pStyle w:val="CVEntry"/>
        <w:spacing w:after="0"/>
      </w:pPr>
      <w:r>
        <w:rPr>
          <w:b/>
        </w:rPr>
        <w:t>Chief Medical Officer, 501(c)(3)</w:t>
      </w:r>
    </w:p>
    <w:p w14:paraId="07876C3B" w14:textId="77777777" w:rsidR="00DB4EBA" w:rsidRDefault="00000000">
      <w:pPr>
        <w:pStyle w:val="CVEntry"/>
        <w:spacing w:after="60"/>
        <w:ind w:left="173"/>
      </w:pPr>
      <w:r>
        <w:t>Developed programs to assess organizational impact on underserved communities, provided medical assistance, and supported grant development.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64B2D742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FDB36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Poplar Creek Surgery Center</w:t>
            </w:r>
            <w:r>
              <w:rPr>
                <w:i/>
              </w:rPr>
              <w:t>, Hoffman Estates,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A745" w14:textId="77777777" w:rsidR="00DB4EBA" w:rsidRDefault="00000000">
            <w:pPr>
              <w:pStyle w:val="CVEntry"/>
              <w:spacing w:after="0"/>
              <w:jc w:val="right"/>
            </w:pPr>
            <w:r>
              <w:t>1994-1999</w:t>
            </w:r>
          </w:p>
        </w:tc>
      </w:tr>
    </w:tbl>
    <w:p w14:paraId="3BF8ECF9" w14:textId="77777777" w:rsidR="00DB4EBA" w:rsidRDefault="00000000">
      <w:pPr>
        <w:pStyle w:val="CVEntry"/>
        <w:spacing w:after="0"/>
      </w:pPr>
      <w:r>
        <w:rPr>
          <w:b/>
        </w:rPr>
        <w:t>Chief of Anesthesia</w:t>
      </w:r>
    </w:p>
    <w:p w14:paraId="57A7D8CF" w14:textId="77777777" w:rsidR="00DB4EBA" w:rsidRDefault="00000000">
      <w:pPr>
        <w:pStyle w:val="CVEntry"/>
        <w:spacing w:after="60"/>
        <w:ind w:left="173"/>
      </w:pPr>
      <w:r>
        <w:t>Directed anesthesia staffing, clinical policies, and direct patient care in a busy four-room ambulatory surgical center.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475BB696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55A8F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Rush University Medical Center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0639" w14:textId="77777777" w:rsidR="00DB4EBA" w:rsidRDefault="00000000">
            <w:pPr>
              <w:pStyle w:val="CVEntry"/>
              <w:spacing w:after="0"/>
              <w:jc w:val="right"/>
            </w:pPr>
            <w:r>
              <w:t>1990-1994</w:t>
            </w:r>
          </w:p>
        </w:tc>
      </w:tr>
    </w:tbl>
    <w:p w14:paraId="24787854" w14:textId="77777777" w:rsidR="00DB4EBA" w:rsidRDefault="00000000">
      <w:pPr>
        <w:pStyle w:val="CVEntry"/>
        <w:spacing w:after="0"/>
      </w:pPr>
      <w:r>
        <w:rPr>
          <w:b/>
        </w:rPr>
        <w:t>Assistant Professor of Anesthesiology</w:t>
      </w:r>
    </w:p>
    <w:p w14:paraId="3CACEE35" w14:textId="77777777" w:rsidR="00DB4EBA" w:rsidRDefault="00000000">
      <w:pPr>
        <w:pStyle w:val="CVEntry"/>
        <w:spacing w:after="60"/>
        <w:ind w:left="173"/>
      </w:pPr>
      <w:r>
        <w:t>Pain-clinic attending and complex anesthesia provider in cardiothoracic, obstetric, pediatric, and craniofacial surgery.</w:t>
      </w:r>
    </w:p>
    <w:p w14:paraId="513B29DD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BOARD CERTIFICATION AND LICENSURE</w:t>
      </w:r>
    </w:p>
    <w:p w14:paraId="65C1EF7B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American Board of Anesthesiology, Pain Medicine - certified 1993; recertified 2014; current as reflected in source CV.</w:t>
      </w:r>
    </w:p>
    <w:p w14:paraId="5C0D269C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American Board of Anesthesiology, Anesthesiology - certified 1991; lifetime/grandfathered status as reflected in source CV.</w:t>
      </w:r>
    </w:p>
    <w:p w14:paraId="7F8F2235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Illinois medical license #036071840 - held since 1986.</w:t>
      </w:r>
    </w:p>
    <w:p w14:paraId="31204EE7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Additional active licenses listed in source CV: California, Florida, Georgia, Massachusetts, New York, North Carolina, Virginia, and Washington.</w:t>
      </w:r>
    </w:p>
    <w:p w14:paraId="3F7FD34D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CERTIFICATIONS</w:t>
      </w:r>
    </w:p>
    <w:p w14:paraId="25DA1395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Advanced Cardiac Life Support (ACLS), current since 1994.</w:t>
      </w:r>
    </w:p>
    <w:p w14:paraId="3A2DF01B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Basic Life Support (BLS), current since 1994.</w:t>
      </w:r>
    </w:p>
    <w:p w14:paraId="0F60FF66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Advanced Trauma Life Support (ATLS), 1994-1996.</w:t>
      </w:r>
    </w:p>
    <w:p w14:paraId="17329964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EDUCATION AND POSTGRADUATE TRAINING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2572E8A2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40B0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Rush University Medical Center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4B9F" w14:textId="77777777" w:rsidR="00DB4EBA" w:rsidRDefault="00000000">
            <w:pPr>
              <w:pStyle w:val="CVEntry"/>
              <w:spacing w:after="0"/>
              <w:jc w:val="right"/>
            </w:pPr>
            <w:r>
              <w:t>1989-1990</w:t>
            </w:r>
          </w:p>
        </w:tc>
      </w:tr>
    </w:tbl>
    <w:p w14:paraId="44534879" w14:textId="77777777" w:rsidR="00DB4EBA" w:rsidRDefault="00000000">
      <w:pPr>
        <w:pStyle w:val="CVEntry"/>
        <w:spacing w:after="0"/>
      </w:pPr>
      <w:r>
        <w:rPr>
          <w:b/>
        </w:rPr>
        <w:t>Advanced Training in Anesthesia and Pain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614CD7DE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1795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University of Illinois / West Side VA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58FDC" w14:textId="77777777" w:rsidR="00DB4EBA" w:rsidRDefault="00000000">
            <w:pPr>
              <w:pStyle w:val="CVEntry"/>
              <w:spacing w:after="0"/>
              <w:jc w:val="right"/>
            </w:pPr>
            <w:r>
              <w:t>1987-1989</w:t>
            </w:r>
          </w:p>
        </w:tc>
      </w:tr>
    </w:tbl>
    <w:p w14:paraId="5C023D88" w14:textId="77777777" w:rsidR="00DB4EBA" w:rsidRDefault="00000000">
      <w:pPr>
        <w:pStyle w:val="CVEntry"/>
        <w:spacing w:after="0"/>
      </w:pPr>
      <w:r>
        <w:rPr>
          <w:b/>
        </w:rPr>
        <w:t>Anesthesiology Residency and Pain Medicine Training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4F41EDFE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7B19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University of Illinois / Cook County Hospital / West Side VA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4F1D" w14:textId="77777777" w:rsidR="00DB4EBA" w:rsidRDefault="00000000">
            <w:pPr>
              <w:pStyle w:val="CVEntry"/>
              <w:spacing w:after="0"/>
              <w:jc w:val="right"/>
            </w:pPr>
            <w:r>
              <w:t>1984-1986</w:t>
            </w:r>
          </w:p>
        </w:tc>
      </w:tr>
    </w:tbl>
    <w:p w14:paraId="2F53F6AD" w14:textId="77777777" w:rsidR="00DB4EBA" w:rsidRDefault="00000000">
      <w:pPr>
        <w:pStyle w:val="CVEntry"/>
        <w:spacing w:after="0"/>
      </w:pPr>
      <w:r>
        <w:rPr>
          <w:b/>
        </w:rPr>
        <w:t>Surgical Residency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2EAAF182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16AD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Northwestern University Medical School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BDCB" w14:textId="77777777" w:rsidR="00DB4EBA" w:rsidRDefault="00000000">
            <w:pPr>
              <w:pStyle w:val="CVEntry"/>
              <w:spacing w:after="0"/>
              <w:jc w:val="right"/>
            </w:pPr>
            <w:r>
              <w:t>1980-1984</w:t>
            </w:r>
          </w:p>
        </w:tc>
      </w:tr>
    </w:tbl>
    <w:p w14:paraId="6EFFDD1E" w14:textId="77777777" w:rsidR="00DB4EBA" w:rsidRDefault="00000000">
      <w:pPr>
        <w:pStyle w:val="CVEntry"/>
        <w:spacing w:after="0"/>
      </w:pPr>
      <w:r>
        <w:rPr>
          <w:b/>
        </w:rPr>
        <w:t>Doctor of Medicine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3020408D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2C062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Northwestern University</w:t>
            </w:r>
            <w:r>
              <w:rPr>
                <w:i/>
              </w:rPr>
              <w:t>, Evanston,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4C6F" w14:textId="77777777" w:rsidR="00DB4EBA" w:rsidRDefault="00000000">
            <w:pPr>
              <w:pStyle w:val="CVEntry"/>
              <w:spacing w:after="0"/>
              <w:jc w:val="right"/>
            </w:pPr>
            <w:r>
              <w:t>1976-1980</w:t>
            </w:r>
          </w:p>
        </w:tc>
      </w:tr>
    </w:tbl>
    <w:p w14:paraId="60592F39" w14:textId="77777777" w:rsidR="00DB4EBA" w:rsidRDefault="00000000">
      <w:pPr>
        <w:pStyle w:val="CVEntry"/>
        <w:spacing w:after="0"/>
      </w:pPr>
      <w:r>
        <w:rPr>
          <w:b/>
        </w:rPr>
        <w:t>B.A., Biochemistry; Phi Beta Kappa</w:t>
      </w:r>
    </w:p>
    <w:p w14:paraId="58757AEB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PROFESSIONAL MEMBERSHIPS</w:t>
      </w:r>
    </w:p>
    <w:p w14:paraId="2DF961B7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American Society of Anesthesiologists (ASA), 1990-present.</w:t>
      </w:r>
    </w:p>
    <w:p w14:paraId="532662E0" w14:textId="77777777" w:rsidR="00DB4EBA" w:rsidRDefault="00000000">
      <w:pPr>
        <w:pStyle w:val="CVEntry"/>
        <w:ind w:left="259" w:hanging="202"/>
      </w:pPr>
      <w:r>
        <w:rPr>
          <w:b/>
        </w:rPr>
        <w:lastRenderedPageBreak/>
        <w:t xml:space="preserve">• </w:t>
      </w:r>
      <w:r>
        <w:t>American Society of Interventional Pain Physicians (ASIPP), 2010-present; founding member and first president, Illinois Chapter.</w:t>
      </w:r>
    </w:p>
    <w:p w14:paraId="02AC0A77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FACULTY AND INSTRUCTOR APPOINTMENTS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0ECF52E0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179A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Spine Intervention Society (SIS)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83469" w14:textId="77777777" w:rsidR="00DB4EBA" w:rsidRDefault="00000000">
            <w:pPr>
              <w:pStyle w:val="CVEntry"/>
              <w:spacing w:after="0"/>
              <w:jc w:val="right"/>
            </w:pPr>
            <w:r>
              <w:t>2010-2018</w:t>
            </w:r>
          </w:p>
        </w:tc>
      </w:tr>
    </w:tbl>
    <w:p w14:paraId="42AB0DBA" w14:textId="77777777" w:rsidR="00DB4EBA" w:rsidRDefault="00000000">
      <w:pPr>
        <w:pStyle w:val="CVEntry"/>
        <w:spacing w:after="0"/>
      </w:pPr>
      <w:r>
        <w:rPr>
          <w:b/>
        </w:rPr>
        <w:t>Instructor and Professional Resource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0B5422D2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A74CF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North American Spine Society (NASS)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F3AD" w14:textId="77777777" w:rsidR="00DB4EBA" w:rsidRDefault="00000000">
            <w:pPr>
              <w:pStyle w:val="CVEntry"/>
              <w:spacing w:after="0"/>
              <w:jc w:val="right"/>
            </w:pPr>
            <w:r>
              <w:t>2016-2018</w:t>
            </w:r>
          </w:p>
        </w:tc>
      </w:tr>
    </w:tbl>
    <w:p w14:paraId="35C88624" w14:textId="77777777" w:rsidR="00DB4EBA" w:rsidRDefault="00000000">
      <w:pPr>
        <w:pStyle w:val="CVEntry"/>
        <w:spacing w:after="0"/>
      </w:pPr>
      <w:r>
        <w:rPr>
          <w:b/>
        </w:rPr>
        <w:t>Instructor and Professional Resource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0CA28972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E13A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Rush University Medical Center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5937" w14:textId="77777777" w:rsidR="00DB4EBA" w:rsidRDefault="00000000">
            <w:pPr>
              <w:pStyle w:val="CVEntry"/>
              <w:spacing w:after="0"/>
              <w:jc w:val="right"/>
            </w:pPr>
            <w:r>
              <w:t>1990-1996</w:t>
            </w:r>
          </w:p>
        </w:tc>
      </w:tr>
    </w:tbl>
    <w:p w14:paraId="527F948F" w14:textId="77777777" w:rsidR="00DB4EBA" w:rsidRDefault="00000000">
      <w:pPr>
        <w:pStyle w:val="CVEntry"/>
        <w:spacing w:after="0"/>
      </w:pPr>
      <w:r>
        <w:rPr>
          <w:b/>
        </w:rPr>
        <w:t>Academic Faculty / Assistant Professor of Anesthesiology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B4EBA" w14:paraId="61F90319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09FE" w14:textId="77777777" w:rsidR="00DB4EBA" w:rsidRDefault="00000000">
            <w:pPr>
              <w:pStyle w:val="CVEntry"/>
              <w:spacing w:after="0"/>
            </w:pPr>
            <w:r>
              <w:rPr>
                <w:b/>
              </w:rPr>
              <w:t>University of Illinois</w:t>
            </w:r>
            <w:r>
              <w:rPr>
                <w:i/>
              </w:rPr>
              <w:t>, Chicago, Illinois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1928" w14:textId="77777777" w:rsidR="00DB4EBA" w:rsidRDefault="00000000">
            <w:pPr>
              <w:pStyle w:val="CVEntry"/>
              <w:spacing w:after="0"/>
              <w:jc w:val="right"/>
            </w:pPr>
            <w:r>
              <w:t>2018-Present</w:t>
            </w:r>
          </w:p>
        </w:tc>
      </w:tr>
    </w:tbl>
    <w:p w14:paraId="28F8C1C1" w14:textId="77777777" w:rsidR="00DB4EBA" w:rsidRDefault="00000000">
      <w:pPr>
        <w:pStyle w:val="CVEntry"/>
        <w:spacing w:after="0"/>
      </w:pPr>
      <w:r>
        <w:rPr>
          <w:b/>
        </w:rPr>
        <w:t>Assistant Professor of Surgery</w:t>
      </w:r>
    </w:p>
    <w:p w14:paraId="6A2DE3A0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INTERNATIONAL PRESENTATIONS</w:t>
      </w:r>
    </w:p>
    <w:p w14:paraId="7D825B25" w14:textId="77777777" w:rsidR="00DB4EBA" w:rsidRDefault="00000000">
      <w:pPr>
        <w:pStyle w:val="CVSmall"/>
        <w:ind w:left="360" w:hanging="317"/>
      </w:pPr>
      <w:r>
        <w:rPr>
          <w:b/>
        </w:rPr>
        <w:t xml:space="preserve">1. </w:t>
      </w:r>
      <w:r>
        <w:t>Use of SGB to Treat Suicidal Ideation in PTSD, American Psychiatric Association, Canada, 2015.</w:t>
      </w:r>
    </w:p>
    <w:p w14:paraId="0CEF9B79" w14:textId="77777777" w:rsidR="00DB4EBA" w:rsidRDefault="00000000">
      <w:pPr>
        <w:pStyle w:val="CVSmall"/>
        <w:ind w:left="360" w:hanging="317"/>
      </w:pPr>
      <w:r>
        <w:rPr>
          <w:b/>
        </w:rPr>
        <w:t xml:space="preserve">2. </w:t>
      </w:r>
      <w:r>
        <w:t>Use of SGB to Treat Hot Flashes, Pan Asian Lancet Oncology, Singapore, 2012.</w:t>
      </w:r>
    </w:p>
    <w:p w14:paraId="5F2C1C30" w14:textId="77777777" w:rsidR="00DB4EBA" w:rsidRDefault="00000000">
      <w:pPr>
        <w:pStyle w:val="CVSmall"/>
        <w:ind w:left="360" w:hanging="317"/>
      </w:pPr>
      <w:r>
        <w:rPr>
          <w:b/>
        </w:rPr>
        <w:t xml:space="preserve">3. </w:t>
      </w:r>
      <w:r>
        <w:t>Use of SGB to Treat PTSD, ISPOR, Spain, 2011.</w:t>
      </w:r>
    </w:p>
    <w:p w14:paraId="3A425639" w14:textId="77777777" w:rsidR="00DB4EBA" w:rsidRDefault="00000000">
      <w:pPr>
        <w:pStyle w:val="CVSmall"/>
        <w:ind w:left="360" w:hanging="317"/>
      </w:pPr>
      <w:r>
        <w:rPr>
          <w:b/>
        </w:rPr>
        <w:t xml:space="preserve">4. </w:t>
      </w:r>
      <w:r>
        <w:t>Hot Flash Treatment Using SGB, Oslo University Hospital, Norway, 2010.</w:t>
      </w:r>
    </w:p>
    <w:p w14:paraId="1DF29B0E" w14:textId="77777777" w:rsidR="00DB4EBA" w:rsidRDefault="00000000">
      <w:pPr>
        <w:pStyle w:val="CVSmall"/>
        <w:ind w:left="360" w:hanging="317"/>
      </w:pPr>
      <w:r>
        <w:rPr>
          <w:b/>
        </w:rPr>
        <w:t xml:space="preserve">5. </w:t>
      </w:r>
      <w:r>
        <w:t>Hot Flash Treatment Using SGB, Oslo University Hospital, Norway, 2009.</w:t>
      </w:r>
    </w:p>
    <w:p w14:paraId="7F333376" w14:textId="77777777" w:rsidR="00DB4EBA" w:rsidRDefault="00000000">
      <w:pPr>
        <w:pStyle w:val="CVSmall"/>
        <w:ind w:left="360" w:hanging="317"/>
      </w:pPr>
      <w:r>
        <w:rPr>
          <w:b/>
        </w:rPr>
        <w:t xml:space="preserve">6. </w:t>
      </w:r>
      <w:r>
        <w:t>Long-Duration Pulsed Radiofrequency for Upper-Extremity CRPS, Euroneuro, Netherlands, 2008.</w:t>
      </w:r>
    </w:p>
    <w:p w14:paraId="6A4A2BBA" w14:textId="77777777" w:rsidR="00DB4EBA" w:rsidRDefault="00000000">
      <w:pPr>
        <w:pStyle w:val="CVSmall"/>
        <w:ind w:left="360" w:hanging="317"/>
      </w:pPr>
      <w:r>
        <w:rPr>
          <w:b/>
        </w:rPr>
        <w:t xml:space="preserve">7. </w:t>
      </w:r>
      <w:r>
        <w:t>Lower Back Treatment, DRK Kliniken Hospital, Germany, 2004.</w:t>
      </w:r>
    </w:p>
    <w:p w14:paraId="3A7C7422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SGB / PTSD PRESENTATIONS</w:t>
      </w:r>
    </w:p>
    <w:p w14:paraId="538015F7" w14:textId="77777777" w:rsidR="00DB4EBA" w:rsidRDefault="00000000">
      <w:pPr>
        <w:pStyle w:val="CVSmall"/>
        <w:ind w:left="360" w:hanging="317"/>
      </w:pPr>
      <w:r>
        <w:rPr>
          <w:b/>
        </w:rPr>
        <w:t xml:space="preserve">1. </w:t>
      </w:r>
      <w:r>
        <w:t>American Society of Regional Anesthesia (ASRA), live e-poster presentation, “Stellate Ganglion Block Has a Marked Impact on Post-Acute COVID-19 Syndrome: A Case Series,” San Francisco, California, May 2023.</w:t>
      </w:r>
    </w:p>
    <w:p w14:paraId="73D787DC" w14:textId="77777777" w:rsidR="00DB4EBA" w:rsidRDefault="00000000">
      <w:pPr>
        <w:pStyle w:val="CVSmall"/>
        <w:ind w:left="360" w:hanging="317"/>
      </w:pPr>
      <w:r>
        <w:rPr>
          <w:b/>
        </w:rPr>
        <w:t xml:space="preserve">2. </w:t>
      </w:r>
      <w:r>
        <w:t>American Psychiatric Association, oral presentation, San Francisco, California, 2023.</w:t>
      </w:r>
    </w:p>
    <w:p w14:paraId="2E83E8AD" w14:textId="77777777" w:rsidR="00DB4EBA" w:rsidRDefault="00000000">
      <w:pPr>
        <w:pStyle w:val="CVSmall"/>
        <w:ind w:left="360" w:hanging="317"/>
      </w:pPr>
      <w:r>
        <w:rPr>
          <w:b/>
        </w:rPr>
        <w:t xml:space="preserve">3. </w:t>
      </w:r>
      <w:r>
        <w:t>Fort Bragg / SOCOM Grand Rounds, Fayetteville, North Carolina, 2021.</w:t>
      </w:r>
    </w:p>
    <w:p w14:paraId="158201F4" w14:textId="77777777" w:rsidR="00DB4EBA" w:rsidRDefault="00000000">
      <w:pPr>
        <w:pStyle w:val="CVSmall"/>
        <w:ind w:left="360" w:hanging="317"/>
      </w:pPr>
      <w:r>
        <w:rPr>
          <w:b/>
        </w:rPr>
        <w:t xml:space="preserve">4. </w:t>
      </w:r>
      <w:r>
        <w:t>American Academy of Pain Medicine, oral presentation, Washington, DC, 2020.</w:t>
      </w:r>
    </w:p>
    <w:p w14:paraId="37919D98" w14:textId="77777777" w:rsidR="00DB4EBA" w:rsidRDefault="00000000">
      <w:pPr>
        <w:pStyle w:val="CVSmall"/>
        <w:ind w:left="360" w:hanging="317"/>
      </w:pPr>
      <w:r>
        <w:rPr>
          <w:b/>
        </w:rPr>
        <w:t xml:space="preserve">5. </w:t>
      </w:r>
      <w:r>
        <w:t>Walter Reed Medical Center Grand Rounds, Washington, DC, 2020.</w:t>
      </w:r>
    </w:p>
    <w:p w14:paraId="6857B3A5" w14:textId="77777777" w:rsidR="00DB4EBA" w:rsidRDefault="00000000">
      <w:pPr>
        <w:pStyle w:val="CVSmall"/>
        <w:ind w:left="360" w:hanging="317"/>
      </w:pPr>
      <w:r>
        <w:rPr>
          <w:b/>
        </w:rPr>
        <w:t xml:space="preserve">6. </w:t>
      </w:r>
      <w:r>
        <w:t>American Psychiatric Association, oral presentation, Toronto, Canada, 2015.</w:t>
      </w:r>
    </w:p>
    <w:p w14:paraId="0793C292" w14:textId="77777777" w:rsidR="00DB4EBA" w:rsidRDefault="00000000">
      <w:pPr>
        <w:pStyle w:val="CVSmall"/>
        <w:ind w:left="360" w:hanging="317"/>
      </w:pPr>
      <w:r>
        <w:rPr>
          <w:b/>
        </w:rPr>
        <w:t xml:space="preserve">7. </w:t>
      </w:r>
      <w:r>
        <w:t>American Psychiatric Association, oral presentation, New York, New York, 2014.</w:t>
      </w:r>
    </w:p>
    <w:p w14:paraId="4A9C17A8" w14:textId="77777777" w:rsidR="00DB4EBA" w:rsidRDefault="00000000">
      <w:pPr>
        <w:pStyle w:val="CVSmall"/>
        <w:ind w:left="360" w:hanging="317"/>
      </w:pPr>
      <w:r>
        <w:rPr>
          <w:b/>
        </w:rPr>
        <w:t xml:space="preserve">8. </w:t>
      </w:r>
      <w:r>
        <w:t>AMSUS, Seattle, Washington, 2013.</w:t>
      </w:r>
    </w:p>
    <w:p w14:paraId="61445FD8" w14:textId="77777777" w:rsidR="00DB4EBA" w:rsidRDefault="00000000">
      <w:pPr>
        <w:pStyle w:val="CVSmall"/>
        <w:ind w:left="360" w:hanging="317"/>
      </w:pPr>
      <w:r>
        <w:rPr>
          <w:b/>
        </w:rPr>
        <w:t xml:space="preserve">9. </w:t>
      </w:r>
      <w:r>
        <w:t>Canadian Society of Anesthesiologists, poster, Quebec City, Canada, 2012.</w:t>
      </w:r>
    </w:p>
    <w:p w14:paraId="171DDD2E" w14:textId="77777777" w:rsidR="00DB4EBA" w:rsidRDefault="00000000">
      <w:pPr>
        <w:pStyle w:val="CVSmall"/>
        <w:ind w:left="360" w:hanging="317"/>
      </w:pPr>
      <w:r>
        <w:rPr>
          <w:b/>
        </w:rPr>
        <w:t xml:space="preserve">10. </w:t>
      </w:r>
      <w:r>
        <w:t>International Anesthesia Research Society, poster, Boston, Massachusetts, 2012.</w:t>
      </w:r>
    </w:p>
    <w:p w14:paraId="6FBADCEA" w14:textId="77777777" w:rsidR="00DB4EBA" w:rsidRDefault="00000000">
      <w:pPr>
        <w:pStyle w:val="CVSmall"/>
        <w:ind w:left="360" w:hanging="317"/>
      </w:pPr>
      <w:r>
        <w:rPr>
          <w:b/>
        </w:rPr>
        <w:t xml:space="preserve">11. </w:t>
      </w:r>
      <w:r>
        <w:t>American Society of Regional Anesthesia, poster, San Diego, California, 2012.</w:t>
      </w:r>
    </w:p>
    <w:p w14:paraId="6EB9E77A" w14:textId="77777777" w:rsidR="00DB4EBA" w:rsidRDefault="00000000">
      <w:pPr>
        <w:pStyle w:val="CVSmall"/>
        <w:ind w:left="360" w:hanging="317"/>
      </w:pPr>
      <w:r>
        <w:rPr>
          <w:b/>
        </w:rPr>
        <w:t xml:space="preserve">12. </w:t>
      </w:r>
      <w:r>
        <w:t>PostGraduate Assembly, poster, New York, New York, 2011.</w:t>
      </w:r>
    </w:p>
    <w:p w14:paraId="6CF237DE" w14:textId="77777777" w:rsidR="00DB4EBA" w:rsidRDefault="00000000">
      <w:pPr>
        <w:pStyle w:val="CVSmall"/>
        <w:ind w:left="360" w:hanging="317"/>
      </w:pPr>
      <w:r>
        <w:rPr>
          <w:b/>
        </w:rPr>
        <w:t xml:space="preserve">13. </w:t>
      </w:r>
      <w:r>
        <w:t>ISPOR Annual European Congress, poster, Madrid, Spain, 2011.</w:t>
      </w:r>
    </w:p>
    <w:p w14:paraId="235625ED" w14:textId="77777777" w:rsidR="00DB4EBA" w:rsidRDefault="00000000">
      <w:pPr>
        <w:pStyle w:val="CVSmall"/>
        <w:ind w:left="360" w:hanging="317"/>
      </w:pPr>
      <w:r>
        <w:rPr>
          <w:b/>
        </w:rPr>
        <w:t xml:space="preserve">14. </w:t>
      </w:r>
      <w:r>
        <w:t>U.S. Congressional Committee on Veterans’ Affairs, oral presentation, Washington, DC, 2010.</w:t>
      </w:r>
    </w:p>
    <w:p w14:paraId="3AF9CCB1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MEDICAL JOURNAL REVIEWER</w:t>
      </w:r>
    </w:p>
    <w:p w14:paraId="1C2E62BE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JAMA Psychiatry</w:t>
      </w:r>
    </w:p>
    <w:p w14:paraId="3A8ECE98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Journal of Affective Disorders</w:t>
      </w:r>
    </w:p>
    <w:p w14:paraId="13986035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Journal of Clinical Anesthesia</w:t>
      </w:r>
    </w:p>
    <w:p w14:paraId="57AF9390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Journal of Traumatic Stress</w:t>
      </w:r>
    </w:p>
    <w:p w14:paraId="05BCF201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Anesthesiology</w:t>
      </w:r>
    </w:p>
    <w:p w14:paraId="3C9CB90D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Maturitas</w:t>
      </w:r>
    </w:p>
    <w:p w14:paraId="6373F366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Medical Hypotheses</w:t>
      </w:r>
    </w:p>
    <w:p w14:paraId="724D7B6D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Military Medicine</w:t>
      </w:r>
    </w:p>
    <w:p w14:paraId="2184E99A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Neuromodulation</w:t>
      </w:r>
    </w:p>
    <w:p w14:paraId="03028D18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Pain Practice</w:t>
      </w:r>
    </w:p>
    <w:p w14:paraId="13EB8486" w14:textId="77777777" w:rsidR="00DB4EBA" w:rsidRDefault="00000000">
      <w:pPr>
        <w:pStyle w:val="CVSmall"/>
        <w:ind w:left="259" w:hanging="202"/>
      </w:pPr>
      <w:r>
        <w:rPr>
          <w:b/>
        </w:rPr>
        <w:t xml:space="preserve">• </w:t>
      </w:r>
      <w:r>
        <w:t>Postgraduate Medical Journal</w:t>
      </w:r>
    </w:p>
    <w:p w14:paraId="4D47C200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RESEARCH EXPERIENCE</w:t>
      </w:r>
    </w:p>
    <w:p w14:paraId="54EA691E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Reversal of Battle-Related Aging (ROBRA) in a Special Operations Forces Cohort - principal investigator, physician-initiated study, NCT05855876, 2023.</w:t>
      </w:r>
    </w:p>
    <w:p w14:paraId="3FCF8C0D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Effects of Stellate Ganglion Block in Post-Traumatic Stress Disorder - co-designer of NYU study, NCT0539197, 2022.</w:t>
      </w:r>
    </w:p>
    <w:p w14:paraId="183C94A2" w14:textId="77777777" w:rsidR="00DB4EBA" w:rsidRDefault="00000000">
      <w:pPr>
        <w:pStyle w:val="CVEntry"/>
        <w:ind w:left="259" w:hanging="202"/>
      </w:pPr>
      <w:r>
        <w:rPr>
          <w:b/>
        </w:rPr>
        <w:t xml:space="preserve">• </w:t>
      </w:r>
      <w:r>
        <w:t>Efficacy of a New Utilization of Neurostimulators for Persistent Postsurgical Neck Pain - lead investigator in a physician-initiated subcutaneous stimulation study for Medtronic, 2012.</w:t>
      </w:r>
    </w:p>
    <w:p w14:paraId="671ED062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PUBLICATIONS AND SCHOLARLY WORK</w:t>
      </w:r>
    </w:p>
    <w:p w14:paraId="242D2F06" w14:textId="77777777" w:rsidR="00DB4EBA" w:rsidRDefault="00000000">
      <w:pPr>
        <w:pStyle w:val="CVSubsection"/>
      </w:pPr>
      <w:r>
        <w:t>2024</w:t>
      </w:r>
    </w:p>
    <w:p w14:paraId="7471B079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EG, Rolain H, Lammers L. “Unanticipated Elimination of Bulimia Symptoms Following a Cervical Sympathetic Block for Treating Post-Traumatic Stress Disorder (PTSD): A Case Report.” 2024.</w:t>
      </w:r>
    </w:p>
    <w:p w14:paraId="488C141B" w14:textId="77777777" w:rsidR="00DB4EBA" w:rsidRDefault="00000000">
      <w:pPr>
        <w:pStyle w:val="CVSubsection"/>
      </w:pPr>
      <w:r>
        <w:lastRenderedPageBreak/>
        <w:t>2023</w:t>
      </w:r>
    </w:p>
    <w:p w14:paraId="40EC3D47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“Efficacy of Combined Subanesthetic Ketamine Infusion and Cervical Sympathetic Blockade as a Symptomatic Treatment of PTSD/TBI in a Special Forces Patient With a 1-Year Follow-up: A Case Report.” Heliyon. 2023;9(4).</w:t>
      </w:r>
    </w:p>
    <w:p w14:paraId="41F7B518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Faber JA. “Efficacy of Cervical Sympathetic Blockade in the Treatment of Primary and Secondary PTSD Symptoms: A Case Series.” Heliyon. 2023;9(6).</w:t>
      </w:r>
    </w:p>
    <w:p w14:paraId="56EB2D90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“Efficacy of Right-Sided Cervical Sympathetic Block in Treating Post-Traumatic Stress Disorder in Australian Cohorts: A Retrospective Analysis.” 2023.</w:t>
      </w:r>
    </w:p>
    <w:p w14:paraId="173FD0F8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“Survey Reveals That Renaming Post-Traumatic Stress ‘Disorder’ to ‘Injury’ Would Reduce Stigma.” Cureus. 2023;15(5).</w:t>
      </w:r>
    </w:p>
    <w:p w14:paraId="064083E7" w14:textId="77777777" w:rsidR="00DB4EBA" w:rsidRDefault="00000000">
      <w:pPr>
        <w:pStyle w:val="CVSubsection"/>
      </w:pPr>
      <w:r>
        <w:t>2022</w:t>
      </w:r>
    </w:p>
    <w:p w14:paraId="7410E52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“Utility of Cervical Sympathetic Block in Treating Post-Traumatic Stress Disorder in Multiple Cohorts: A Retrospective Analysis.” Pain Physician. 2022;25(1):77.</w:t>
      </w:r>
    </w:p>
    <w:p w14:paraId="4734A1ED" w14:textId="77777777" w:rsidR="00DB4EBA" w:rsidRDefault="00000000">
      <w:pPr>
        <w:pStyle w:val="CVSubsection"/>
      </w:pPr>
      <w:r>
        <w:t>2021</w:t>
      </w:r>
    </w:p>
    <w:p w14:paraId="4934CBF3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Candido K. “The Successful Use of Left-Sided Stellate Ganglion Block in Patients Who Fail to Respond to Right-Sided Stellate Ganglion Block for PTSD Symptoms: A Retrospective Analysis of 205 Patients.” Military Medicine. 2021;186(11-12):319-320.</w:t>
      </w:r>
    </w:p>
    <w:p w14:paraId="098114BA" w14:textId="77777777" w:rsidR="00DB4EBA" w:rsidRDefault="00000000">
      <w:pPr>
        <w:pStyle w:val="CVSubsection"/>
      </w:pPr>
      <w:r>
        <w:t>2020</w:t>
      </w:r>
    </w:p>
    <w:p w14:paraId="3804E92E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Gluncic V, Lukić IK, Candido K. “How Does Stellate Ganglion Block Alleviate Immunologically Linked Disorders?” Medical Hypotheses. 2020;144:110000.</w:t>
      </w:r>
    </w:p>
    <w:p w14:paraId="2F7259BC" w14:textId="77777777" w:rsidR="00DB4EBA" w:rsidRDefault="00000000">
      <w:pPr>
        <w:pStyle w:val="CVSubsection"/>
      </w:pPr>
      <w:r>
        <w:t>2018</w:t>
      </w:r>
    </w:p>
    <w:p w14:paraId="50E95AD6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Tukan A, Candido K. “It Is Time to Look for New Treatments for Posttraumatic Stress Disorder: Can Sympathetic System Modulation Be an Answer?” Biological Psychiatry. 2018;84(2):e17-e18.</w:t>
      </w:r>
    </w:p>
    <w:p w14:paraId="234E9FE8" w14:textId="77777777" w:rsidR="00DB4EBA" w:rsidRDefault="00000000">
      <w:pPr>
        <w:pStyle w:val="CVSubsection"/>
      </w:pPr>
      <w:r>
        <w:t>2017</w:t>
      </w:r>
    </w:p>
    <w:p w14:paraId="1A594AC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“Stellate Ganglion Block for Posttraumatic Stress Disorder: A Call for the Complete Story, and Continued Research.” ASRA Newsletter. 2017.</w:t>
      </w:r>
    </w:p>
    <w:p w14:paraId="6E971A78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Tukan A, Candido K. Letter to the Editor: “It Is Time to Look for New Treatments for Post-Traumatic Stress Disorder: Can Sympathetic System Modulation Be an Answer?” Biological Psychiatry. 2017.</w:t>
      </w:r>
    </w:p>
    <w:p w14:paraId="35DF6DCC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Candido K. “BDNF Val66Met Polymorphism and Memory Performance in Older Adults: The Met Carrier Effect Is More Complex Than Previously Thought.” Revista Brasileira de Psiquiatria. 2017;39(3):276.</w:t>
      </w:r>
    </w:p>
    <w:p w14:paraId="5783FCD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Candido K, Ritchie EC. “Possible Reversal of PTSD-Related DNA Methylation by Sympathetic Blockade.” Journal of Molecular Neuroscience. 2017.</w:t>
      </w:r>
    </w:p>
    <w:p w14:paraId="7D883DEA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Candido K. “Efficacy and Safety of Stellate Ganglion Block in Chronic Ulcerative Colitis.” World Journal of Gastroenterology. 2017;23(17):3193.</w:t>
      </w:r>
    </w:p>
    <w:p w14:paraId="6EBC2A79" w14:textId="77777777" w:rsidR="00DB4EBA" w:rsidRDefault="00000000">
      <w:pPr>
        <w:pStyle w:val="CVSubsection"/>
      </w:pPr>
      <w:r>
        <w:t>2016</w:t>
      </w:r>
    </w:p>
    <w:p w14:paraId="43B65686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“Role of the Sympathetic Nervous System in Post-Traumatic Stress Disorder-Related Male Sexual Dysfunction.” In: Intimacy Post-Injury: Combat Trauma and Sexual Health. 2016:17.</w:t>
      </w:r>
    </w:p>
    <w:p w14:paraId="4522222E" w14:textId="77777777" w:rsidR="00DB4EBA" w:rsidRDefault="00000000">
      <w:pPr>
        <w:pStyle w:val="CVSubsection"/>
      </w:pPr>
      <w:r>
        <w:t>2015</w:t>
      </w:r>
    </w:p>
    <w:p w14:paraId="49860DD6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Ritchie EC. “A Review of the Use of Stellate Ganglion Block in the Treatment of PTSD.” Current Psychiatry Reports. 2015;17(8):1-5.</w:t>
      </w:r>
    </w:p>
    <w:p w14:paraId="36CD9D64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“The Use of Stellate Ganglion Block in the Treatment of Panic/Anxiety Symptoms (Including Suicidal Ideation) With Combat-Related PTSD.” In: Posttraumatic Stress Disorder and Related Diseases in Combat Veterans. Springer; 2015:179-196.</w:t>
      </w:r>
    </w:p>
    <w:p w14:paraId="091BC638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“With War-Related PTSD Being Resistant to Pharmaceuticals, Is It Time to Give Stellate Ganglion Block a Shot?” Journal of Trauma &amp; Treatment. 2015.</w:t>
      </w:r>
    </w:p>
    <w:p w14:paraId="0990115D" w14:textId="77777777" w:rsidR="00DB4EBA" w:rsidRDefault="00000000">
      <w:pPr>
        <w:pStyle w:val="CVSubsection"/>
      </w:pPr>
      <w:r>
        <w:t>2014</w:t>
      </w:r>
    </w:p>
    <w:p w14:paraId="76F6C70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Mulvaney SW, Lynch JH, Hickey MJ, et al.; Lipov E. “Stellate Ganglion Block Used to Treat Symptoms Associated With Combat-Related PTSD: A Case Series of 166 Patients.” Military Medicine. 2014;179(10):1133-1140.</w:t>
      </w:r>
    </w:p>
    <w:p w14:paraId="743EDBEA" w14:textId="77777777" w:rsidR="00DB4EBA" w:rsidRDefault="00000000">
      <w:pPr>
        <w:pStyle w:val="CVSubsection"/>
      </w:pPr>
      <w:r>
        <w:t>2013</w:t>
      </w:r>
    </w:p>
    <w:p w14:paraId="2A87A801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“Stellate Ganglion Block Improves Refractory PTSD and Associated Memory Dysfunction: A Case Report and Systematic Literature Review.” Military Medicine. 2013;178(2):e260-e264.</w:t>
      </w:r>
    </w:p>
    <w:p w14:paraId="3144FBEA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“Post-Traumatic Stress Disorder as an Overactivation of the Sympathetic Nervous System: An Alternative View.” Journal of Trauma &amp; Treatment. 2013;3:181.</w:t>
      </w:r>
    </w:p>
    <w:p w14:paraId="3E8119C6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Slavin KV. “More Evidence Supporting a Unified Theory of Stellate Ganglion Block.” Medical Hypotheses. 2013;81(1):146.</w:t>
      </w:r>
    </w:p>
    <w:p w14:paraId="79C68BA1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Hickey AH, Navaie M, Stedje-Larsen ET, Lipov EG, McLay RN. “Stellate Ganglion Block for the Treatment of Posttraumatic Stress Disorder.” Psychiatric Annals. 2013;43(2):87-92.</w:t>
      </w:r>
    </w:p>
    <w:p w14:paraId="50E7A35D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“Use of Intra-Articular and Intrabursal Pulsed Radiofrequency for Persistent Arthrogenic Shoulder Pain.” Pain Medicine. 2013;14(4):554-556.</w:t>
      </w:r>
    </w:p>
    <w:p w14:paraId="6172F4A2" w14:textId="77777777" w:rsidR="00DB4EBA" w:rsidRDefault="00000000">
      <w:pPr>
        <w:pStyle w:val="CVSubsection"/>
      </w:pPr>
      <w:r>
        <w:t>2012</w:t>
      </w:r>
    </w:p>
    <w:p w14:paraId="121FE07E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Kelzenberg B. “Sympathetic System Modulation to Treat PTSD: A Review of Clinical Evidence and Neurobiology.” Journal of Affective Disorders. 2012;142(1):1-5.</w:t>
      </w:r>
    </w:p>
    <w:p w14:paraId="6BF3FBFE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“A Novel Application of Stellate Ganglion Block: Preliminary Observations for the Treatment of PTSD.” Military Medicine. 2012;177(2):125.</w:t>
      </w:r>
    </w:p>
    <w:p w14:paraId="0A171E49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“Modulation of NGF by Cortisol and Stellate Ganglion Block - Is This the Missing Link Between Memory Consolidation and PTSD?” Medical Hypotheses. 2012;79(6):750-753.</w:t>
      </w:r>
    </w:p>
    <w:p w14:paraId="33F19649" w14:textId="77777777" w:rsidR="00DB4EBA" w:rsidRDefault="00000000">
      <w:pPr>
        <w:pStyle w:val="CVSubsection"/>
      </w:pPr>
      <w:r>
        <w:t>2011</w:t>
      </w:r>
    </w:p>
    <w:p w14:paraId="561F3819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“‘Hybrid Neurostimulator’: Simultaneous Use of Spinal Cord and Peripheral Nerve Field Stimulation to Treat Low-Back and Leg Pain.” Progress in Neurological Surgery. 2011;24:147-155.</w:t>
      </w:r>
    </w:p>
    <w:p w14:paraId="06B7FF29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Kelzenberg BM. “Stellate Ganglion Block to Treat Perimenopausal Hot Flashes: Clinical Evidence and Neurobiology.” Maturitas. 2011;69(2):95-96.</w:t>
      </w:r>
    </w:p>
    <w:p w14:paraId="5BC486D5" w14:textId="77777777" w:rsidR="00DB4EBA" w:rsidRDefault="00000000">
      <w:pPr>
        <w:pStyle w:val="CVPub"/>
        <w:ind w:left="230" w:hanging="187"/>
      </w:pPr>
      <w:r>
        <w:rPr>
          <w:b/>
        </w:rPr>
        <w:lastRenderedPageBreak/>
        <w:t xml:space="preserve">• </w:t>
      </w:r>
      <w:r>
        <w:t>Lipov EG. “‘Hybrid Neurostimulator’: Simultaneous Use of Spinal Cord and Peripheral Nerve Field Stimulation to Treat Low-Back and Leg Pain.” In: Peripheral Nerve Stimulation. Vol 24. Karger; 2011:147-155.</w:t>
      </w:r>
    </w:p>
    <w:p w14:paraId="1D758966" w14:textId="77777777" w:rsidR="00DB4EBA" w:rsidRDefault="00000000">
      <w:pPr>
        <w:pStyle w:val="CVSubsection"/>
      </w:pPr>
      <w:r>
        <w:t>2010</w:t>
      </w:r>
    </w:p>
    <w:p w14:paraId="4124D6BC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“Successful Use of Stellate Ganglion Block and Pulsed Radiofrequency in the Treatment of PTSD: A Case Report.” Pain Research and Treatment. 2010.</w:t>
      </w:r>
    </w:p>
    <w:p w14:paraId="3D4ECB7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“In Search of an Effective Treatment for Combat-Related PTSD: Can Stellate Ganglion Block Be the Answer?” Pain Practice. 2010;10:265-266.</w:t>
      </w:r>
    </w:p>
    <w:p w14:paraId="12E0F7B7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“Cervical Sympathetic Ganglion Block: New Hope for PTSD Relief.” In: Post-Traumatic Stress Disorder: Causes, Symptoms and Treatment. Nova Publishers; 2010:159-175.</w:t>
      </w:r>
    </w:p>
    <w:p w14:paraId="5B8BECA3" w14:textId="77777777" w:rsidR="00DB4EBA" w:rsidRDefault="00000000">
      <w:pPr>
        <w:pStyle w:val="CVSubsection"/>
      </w:pPr>
      <w:r>
        <w:t>2009</w:t>
      </w:r>
    </w:p>
    <w:p w14:paraId="22021C28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Joshi JR, Sanders S, Slavin KV. “A Unifying Theory Linking the Prolonged Efficacy of Stellate Ganglion Block for CRPS, Hot Flashes, and PTSD.” Medical Hypotheses. 2009;72:657-661.</w:t>
      </w:r>
    </w:p>
    <w:p w14:paraId="45FEF66F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Joshi JR, Sanders S. “A New Mechanism of Action for Tamoxifen.” Lancet Oncology. 2009;10:542.</w:t>
      </w:r>
    </w:p>
    <w:p w14:paraId="6140DA3D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et al. “Use of Peripheral Subcutaneous Field Stimulation for the Treatment of Axial Neck Pain: A Case Report.” Neuromodulation. 2009;12(4):292-295.</w:t>
      </w:r>
    </w:p>
    <w:p w14:paraId="10012ECE" w14:textId="77777777" w:rsidR="00DB4EBA" w:rsidRDefault="00000000">
      <w:pPr>
        <w:pStyle w:val="CVSubsection"/>
      </w:pPr>
      <w:r>
        <w:t>2008</w:t>
      </w:r>
    </w:p>
    <w:p w14:paraId="186D43BE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Joshi JR, Lipov S, Sanders SE, Siroko MK. “Cervical Sympathetic Blockade in a Patient With PTSD: A Case Report.” Annals of Clinical Psychiatry. 2008;20:227-228.</w:t>
      </w:r>
    </w:p>
    <w:p w14:paraId="32CC9EA0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Joshi JR, Xie H, Slavin KV. “Updated Findings on the Effects of Stellate Ganglion Block on Hot Flushes and Night Awakenings.” Lancet Oncology. 2008;9(9):819-820.</w:t>
      </w:r>
    </w:p>
    <w:p w14:paraId="6EEE285A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Joshi JR, Sanders S, et al. “Effects of Stellate Ganglion Block on Hot Flushes and Night Awakenings in Survivors of Breast Cancer: A Pilot Study.” Lancet Oncology. 2008;9:523-532.</w:t>
      </w:r>
    </w:p>
    <w:p w14:paraId="418F08C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EG, Joshi JR. “Long-Duration Pulsed Radiofrequency for the Treatment of Upper-Extremity Complex Regional Pain Syndrome.” European Journal of Anaesthesiology. 2008;25.</w:t>
      </w:r>
    </w:p>
    <w:p w14:paraId="27513694" w14:textId="77777777" w:rsidR="00DB4EBA" w:rsidRDefault="00000000">
      <w:pPr>
        <w:pStyle w:val="CVSubsection"/>
      </w:pPr>
      <w:r>
        <w:t>2007</w:t>
      </w:r>
    </w:p>
    <w:p w14:paraId="71A795A4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Lipov S, Joshi JR, Santucci VD, Slavin KV, Beck Vigue SG. “Stellate Ganglion Block May Relieve Hot Flashes by Interrupting the Sympathetic Nervous System.” Medical Hypotheses. 2007;69:758-763.</w:t>
      </w:r>
    </w:p>
    <w:p w14:paraId="4524B887" w14:textId="77777777" w:rsidR="00DB4EBA" w:rsidRDefault="00000000">
      <w:pPr>
        <w:pStyle w:val="CVSubsection"/>
      </w:pPr>
      <w:r>
        <w:t>2005</w:t>
      </w:r>
    </w:p>
    <w:p w14:paraId="2CC7E7F0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Lipov S, Stark JT. “Stellate Ganglion Blockade Provides Relief From Menopausal Hot Flashes: A Case Report Series.” Journal of Women’s Health. 2005;14:737-741.</w:t>
      </w:r>
    </w:p>
    <w:p w14:paraId="0C19B450" w14:textId="77777777" w:rsidR="00DB4EBA" w:rsidRDefault="00000000">
      <w:pPr>
        <w:pStyle w:val="CVSubsection"/>
      </w:pPr>
      <w:r>
        <w:t>2002</w:t>
      </w:r>
    </w:p>
    <w:p w14:paraId="51271789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“Intrathecal Drug Therapy in Chronic Low Back Pain.” In: Low Back Pain: Diagnosis and Treatment. ASIPP Publishing; 2002:93-101.</w:t>
      </w:r>
    </w:p>
    <w:p w14:paraId="63BEBEA1" w14:textId="77777777" w:rsidR="00DB4EBA" w:rsidRDefault="00000000">
      <w:pPr>
        <w:pStyle w:val="CVSubsection"/>
      </w:pPr>
      <w:r>
        <w:t>1995</w:t>
      </w:r>
    </w:p>
    <w:p w14:paraId="27A41ADB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McCarthy RJ, Ivankovich AD. “Walk, Don’t Run: Alternative Methods of Changing Needle Direction.” Anesthesia &amp; Analgesia. 1995;80:1067.</w:t>
      </w:r>
    </w:p>
    <w:p w14:paraId="5DA6FA68" w14:textId="77777777" w:rsidR="00DB4EBA" w:rsidRDefault="00000000">
      <w:pPr>
        <w:pStyle w:val="CVSubsection"/>
      </w:pPr>
      <w:r>
        <w:t>1994</w:t>
      </w:r>
    </w:p>
    <w:p w14:paraId="69E1401F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McCarthy RJ, Ivankovich AD. “Severe Kinking of an Epidural Needle.” Anesthesia &amp; Analgesia. 1994;78(3):607-608.</w:t>
      </w:r>
    </w:p>
    <w:p w14:paraId="0165C506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Sosis MB, McCarthy RJ, Ivankovich AD. “Does the Design of the Sprotte Spinal Needle Reduce the Force Needed to Deform the Tip?” Journal of Clinical Anesthesia. 1994;6(5):411-413.</w:t>
      </w:r>
    </w:p>
    <w:p w14:paraId="38442FE7" w14:textId="77777777" w:rsidR="00DB4EBA" w:rsidRDefault="00000000">
      <w:pPr>
        <w:pStyle w:val="CVSubsection"/>
      </w:pPr>
      <w:r>
        <w:t>1993</w:t>
      </w:r>
    </w:p>
    <w:p w14:paraId="2AEE77A7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“Safe Nasogastric Tube Placement in a Patient With a Basal Skull Fracture.” Anesthesiology. 1993;78(5):989.</w:t>
      </w:r>
    </w:p>
    <w:p w14:paraId="19711298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Sosis MB. “Anesthesia for Otic Surgery.” Anesthesiology Clinics. 1993;11(3):547-558.</w:t>
      </w:r>
    </w:p>
    <w:p w14:paraId="21E30B4A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E, Sosis MB, Ivankovich AD. “A Comparison of Epidermal Coring With 22-G Spinal Needles.” Regional Anesthesia and Pain Medicine. 1993;18(2S):91.</w:t>
      </w:r>
    </w:p>
    <w:p w14:paraId="1E34E6F5" w14:textId="77777777" w:rsidR="00DB4EBA" w:rsidRDefault="00000000">
      <w:pPr>
        <w:pStyle w:val="CVSubsection"/>
      </w:pPr>
      <w:r>
        <w:t>1991</w:t>
      </w:r>
    </w:p>
    <w:p w14:paraId="6E8D0D02" w14:textId="77777777" w:rsidR="00DB4EBA" w:rsidRDefault="00000000">
      <w:pPr>
        <w:pStyle w:val="CVPub"/>
        <w:ind w:left="230" w:hanging="187"/>
      </w:pPr>
      <w:r>
        <w:rPr>
          <w:b/>
        </w:rPr>
        <w:t xml:space="preserve">• </w:t>
      </w:r>
      <w:r>
        <w:t>Lipov E. “Emergence Delirium in the PACU.” Critical Care Nursing Clinics of North America. 1991;3(1):145-149.</w:t>
      </w:r>
    </w:p>
    <w:p w14:paraId="3438F4EC" w14:textId="77777777" w:rsidR="00DB4EBA" w:rsidRDefault="00000000">
      <w:pPr>
        <w:pStyle w:val="CVSection"/>
        <w:pBdr>
          <w:bottom w:val="single" w:sz="8" w:space="2" w:color="555555"/>
        </w:pBdr>
      </w:pPr>
      <w:r>
        <w:rPr>
          <w:color w:val="262626"/>
        </w:rPr>
        <w:t>PROFESSIONAL REFERENCES</w:t>
      </w:r>
    </w:p>
    <w:p w14:paraId="0818CA7E" w14:textId="77777777" w:rsidR="00DB4EBA" w:rsidRDefault="00000000">
      <w:pPr>
        <w:pStyle w:val="CVEntry"/>
      </w:pPr>
      <w:r>
        <w:t>Available upon request.</w:t>
      </w:r>
    </w:p>
    <w:sectPr w:rsidR="00DB4EBA" w:rsidSect="00034616">
      <w:headerReference w:type="default" r:id="rId8"/>
      <w:footerReference w:type="default" r:id="rId9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3F5115" w14:textId="77777777" w:rsidR="005002EE" w:rsidRDefault="005002EE">
      <w:pPr>
        <w:spacing w:after="0"/>
      </w:pPr>
      <w:r>
        <w:separator/>
      </w:r>
    </w:p>
  </w:endnote>
  <w:endnote w:type="continuationSeparator" w:id="0">
    <w:p w14:paraId="4CAC1591" w14:textId="77777777" w:rsidR="005002EE" w:rsidRDefault="005002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5FBB32" w14:textId="77777777" w:rsidR="00DB4EBA" w:rsidRDefault="00000000">
    <w:pPr>
      <w:pStyle w:val="Footer"/>
      <w:jc w:val="center"/>
    </w:pPr>
    <w:r>
      <w:rPr>
        <w:color w:val="5F5F5F"/>
        <w:sz w:val="15"/>
      </w:rPr>
      <w:t xml:space="preserve">Credential content reflects source CV updated June </w:t>
    </w:r>
    <w:proofErr w:type="gramStart"/>
    <w:r>
      <w:rPr>
        <w:color w:val="5F5F5F"/>
        <w:sz w:val="15"/>
      </w:rPr>
      <w:t>2024  |</w:t>
    </w:r>
    <w:proofErr w:type="gramEnd"/>
    <w:r>
      <w:rPr>
        <w:color w:val="5F5F5F"/>
        <w:sz w:val="15"/>
      </w:rPr>
      <w:t xml:space="preserve">  Medicolegal format prepared July </w:t>
    </w:r>
    <w:proofErr w:type="gramStart"/>
    <w:r>
      <w:rPr>
        <w:color w:val="5F5F5F"/>
        <w:sz w:val="15"/>
      </w:rPr>
      <w:t>2026  |</w:t>
    </w:r>
    <w:proofErr w:type="gramEnd"/>
    <w:r>
      <w:rPr>
        <w:color w:val="5F5F5F"/>
        <w:sz w:val="15"/>
      </w:rPr>
      <w:t xml:space="preserve">  Page </w:t>
    </w:r>
    <w:r>
      <w:rPr>
        <w:color w:val="5F5F5F"/>
        <w:sz w:val="15"/>
      </w:rPr>
      <w:fldChar w:fldCharType="begin"/>
    </w:r>
    <w:r>
      <w:rPr>
        <w:color w:val="5F5F5F"/>
        <w:sz w:val="15"/>
      </w:rPr>
      <w:instrText xml:space="preserve"> PAGE </w:instrText>
    </w:r>
    <w:r w:rsidR="001724E6">
      <w:rPr>
        <w:color w:val="5F5F5F"/>
        <w:sz w:val="15"/>
      </w:rPr>
      <w:fldChar w:fldCharType="separate"/>
    </w:r>
    <w:r w:rsidR="001724E6">
      <w:rPr>
        <w:noProof/>
        <w:color w:val="5F5F5F"/>
        <w:sz w:val="15"/>
      </w:rPr>
      <w:t>1</w:t>
    </w:r>
    <w:r>
      <w:rPr>
        <w:color w:val="5F5F5F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C8E6CA" w14:textId="77777777" w:rsidR="005002EE" w:rsidRDefault="005002EE">
      <w:pPr>
        <w:spacing w:after="0"/>
      </w:pPr>
      <w:r>
        <w:separator/>
      </w:r>
    </w:p>
  </w:footnote>
  <w:footnote w:type="continuationSeparator" w:id="0">
    <w:p w14:paraId="742CABAD" w14:textId="77777777" w:rsidR="005002EE" w:rsidRDefault="005002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CE9DBA" w14:textId="77777777" w:rsidR="00DB4EBA" w:rsidRDefault="00000000">
    <w:pPr>
      <w:pStyle w:val="Header"/>
      <w:jc w:val="center"/>
    </w:pPr>
    <w:r>
      <w:rPr>
        <w:b/>
        <w:color w:val="5A5A5A"/>
        <w:sz w:val="16"/>
      </w:rPr>
      <w:t xml:space="preserve">EUGENE LIPOV, </w:t>
    </w:r>
    <w:proofErr w:type="gramStart"/>
    <w:r>
      <w:rPr>
        <w:b/>
        <w:color w:val="5A5A5A"/>
        <w:sz w:val="16"/>
      </w:rPr>
      <w:t>MD  |</w:t>
    </w:r>
    <w:proofErr w:type="gramEnd"/>
    <w:r>
      <w:rPr>
        <w:b/>
        <w:color w:val="5A5A5A"/>
        <w:sz w:val="16"/>
      </w:rPr>
      <w:t xml:space="preserve">  MEDICOLEGAL 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8090491">
    <w:abstractNumId w:val="8"/>
  </w:num>
  <w:num w:numId="2" w16cid:durableId="431441225">
    <w:abstractNumId w:val="6"/>
  </w:num>
  <w:num w:numId="3" w16cid:durableId="423842236">
    <w:abstractNumId w:val="5"/>
  </w:num>
  <w:num w:numId="4" w16cid:durableId="180627648">
    <w:abstractNumId w:val="4"/>
  </w:num>
  <w:num w:numId="5" w16cid:durableId="1220172526">
    <w:abstractNumId w:val="7"/>
  </w:num>
  <w:num w:numId="6" w16cid:durableId="580606275">
    <w:abstractNumId w:val="3"/>
  </w:num>
  <w:num w:numId="7" w16cid:durableId="970866343">
    <w:abstractNumId w:val="2"/>
  </w:num>
  <w:num w:numId="8" w16cid:durableId="311913498">
    <w:abstractNumId w:val="1"/>
  </w:num>
  <w:num w:numId="9" w16cid:durableId="4685936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4E6"/>
    <w:rsid w:val="0029639D"/>
    <w:rsid w:val="00326F90"/>
    <w:rsid w:val="005002EE"/>
    <w:rsid w:val="00AA1D8D"/>
    <w:rsid w:val="00B47730"/>
    <w:rsid w:val="00BF724A"/>
    <w:rsid w:val="00CB0664"/>
    <w:rsid w:val="00DB4E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6F108"/>
  <w14:defaultImageDpi w14:val="300"/>
  <w15:docId w15:val="{E9262636-C3BA-6C49-9680-7EB7A7FE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Section">
    <w:name w:val="CV Section"/>
    <w:pPr>
      <w:keepNext/>
      <w:spacing w:before="140" w:after="60" w:line="240" w:lineRule="auto"/>
    </w:pPr>
    <w:rPr>
      <w:rFonts w:ascii="Arial" w:eastAsia="Arial" w:hAnsi="Arial"/>
      <w:b/>
      <w:sz w:val="21"/>
    </w:rPr>
  </w:style>
  <w:style w:type="paragraph" w:customStyle="1" w:styleId="CVSubsection">
    <w:name w:val="CV Subsection"/>
    <w:pPr>
      <w:keepNext/>
      <w:spacing w:before="80" w:after="30" w:line="240" w:lineRule="auto"/>
    </w:pPr>
    <w:rPr>
      <w:rFonts w:ascii="Arial" w:eastAsia="Arial" w:hAnsi="Arial"/>
      <w:b/>
      <w:sz w:val="19"/>
    </w:rPr>
  </w:style>
  <w:style w:type="paragraph" w:customStyle="1" w:styleId="CVEntry">
    <w:name w:val="CV Entry"/>
    <w:pPr>
      <w:spacing w:after="30" w:line="240" w:lineRule="auto"/>
    </w:pPr>
    <w:rPr>
      <w:rFonts w:ascii="Arial" w:eastAsia="Arial" w:hAnsi="Arial"/>
      <w:sz w:val="18"/>
    </w:rPr>
  </w:style>
  <w:style w:type="paragraph" w:customStyle="1" w:styleId="CVSmall">
    <w:name w:val="CV Small"/>
    <w:pPr>
      <w:spacing w:after="24" w:line="240" w:lineRule="auto"/>
    </w:pPr>
    <w:rPr>
      <w:rFonts w:ascii="Arial" w:eastAsia="Arial" w:hAnsi="Arial"/>
      <w:sz w:val="16"/>
    </w:rPr>
  </w:style>
  <w:style w:type="paragraph" w:customStyle="1" w:styleId="CVPub">
    <w:name w:val="CV Pub"/>
    <w:pPr>
      <w:spacing w:after="24" w:line="240" w:lineRule="auto"/>
    </w:pPr>
    <w:rPr>
      <w:rFonts w:ascii="Arial" w:eastAsia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2526</Words>
  <Characters>17028</Characters>
  <Application>Microsoft Office Word</Application>
  <DocSecurity>0</DocSecurity>
  <Lines>315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Eugene Lipov, MD - Medicolegal Curriculum Vitae</dc:title>
  <dc:subject>Medicolegal and expert witness curriculum vitae</dc:subject>
  <dc:creator>Eugene Lipov, MD</dc:creator>
  <cp:keywords>medicolegal, expert witness, pain medicine, SGB, CRPS, spinal cord stimulation</cp:keywords>
  <dc:description>generated by python-docx</dc:description>
  <cp:lastModifiedBy>EUGENE LIPOV</cp:lastModifiedBy>
  <cp:revision>2</cp:revision>
  <dcterms:created xsi:type="dcterms:W3CDTF">2026-07-13T22:03:00Z</dcterms:created>
  <dcterms:modified xsi:type="dcterms:W3CDTF">2026-07-13T22:03:00Z</dcterms:modified>
  <cp:category/>
</cp:coreProperties>
</file>